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03E70" w14:textId="24DA29C3" w:rsidR="002B6808" w:rsidRDefault="003A2838">
      <w:pPr>
        <w:pStyle w:val="Heading1"/>
        <w:rPr>
          <w:sz w:val="32"/>
          <w:szCs w:val="32"/>
        </w:rPr>
      </w:pPr>
      <w:r>
        <w:rPr>
          <w:noProof/>
        </w:rPr>
        <w:drawing>
          <wp:anchor distT="0" distB="0" distL="114300" distR="114300" simplePos="0" relativeHeight="251638272" behindDoc="0" locked="0" layoutInCell="1" allowOverlap="1" wp14:anchorId="4B62DD6C" wp14:editId="363501ED">
            <wp:simplePos x="0" y="0"/>
            <wp:positionH relativeFrom="column">
              <wp:posOffset>-172192</wp:posOffset>
            </wp:positionH>
            <wp:positionV relativeFrom="paragraph">
              <wp:posOffset>-326571</wp:posOffset>
            </wp:positionV>
            <wp:extent cx="1223158" cy="1223158"/>
            <wp:effectExtent l="0" t="0" r="0" b="0"/>
            <wp:wrapNone/>
            <wp:docPr id="671836623" name="Picture 4" descr="A logo for a triathlon training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836623" name="Picture 4" descr="A logo for a triathlon training company&#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4726" cy="1224726"/>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53A8">
        <w:rPr>
          <w:noProof/>
          <w:sz w:val="24"/>
          <w:szCs w:val="24"/>
        </w:rPr>
        <w:drawing>
          <wp:anchor distT="0" distB="0" distL="114300" distR="114300" simplePos="0" relativeHeight="251689472" behindDoc="0" locked="0" layoutInCell="1" allowOverlap="1" wp14:anchorId="6501C69B" wp14:editId="1D291B91">
            <wp:simplePos x="0" y="0"/>
            <wp:positionH relativeFrom="column">
              <wp:posOffset>1121599</wp:posOffset>
            </wp:positionH>
            <wp:positionV relativeFrom="paragraph">
              <wp:posOffset>-148400</wp:posOffset>
            </wp:positionV>
            <wp:extent cx="4607625" cy="793439"/>
            <wp:effectExtent l="0" t="0" r="2540" b="6985"/>
            <wp:wrapNone/>
            <wp:docPr id="1325401287" name="Picture 1" descr="A logo with a plus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401287" name="Picture 1" descr="A logo with a plus and a cross&#10;&#10;AI-generated content may be incorrect."/>
                    <pic:cNvPicPr/>
                  </pic:nvPicPr>
                  <pic:blipFill>
                    <a:blip r:embed="rId9"/>
                    <a:stretch>
                      <a:fillRect/>
                    </a:stretch>
                  </pic:blipFill>
                  <pic:spPr>
                    <a:xfrm>
                      <a:off x="0" y="0"/>
                      <a:ext cx="4607625" cy="793439"/>
                    </a:xfrm>
                    <a:prstGeom prst="rect">
                      <a:avLst/>
                    </a:prstGeom>
                  </pic:spPr>
                </pic:pic>
              </a:graphicData>
            </a:graphic>
            <wp14:sizeRelH relativeFrom="page">
              <wp14:pctWidth>0</wp14:pctWidth>
            </wp14:sizeRelH>
            <wp14:sizeRelV relativeFrom="page">
              <wp14:pctHeight>0</wp14:pctHeight>
            </wp14:sizeRelV>
          </wp:anchor>
        </w:drawing>
      </w:r>
    </w:p>
    <w:p w14:paraId="5D409D3B" w14:textId="5F77862C" w:rsidR="00F479EE" w:rsidRPr="001A53A8" w:rsidRDefault="002B6808">
      <w:pPr>
        <w:pStyle w:val="Heading1"/>
        <w:rPr>
          <w:color w:val="17365D" w:themeColor="text2" w:themeShade="BF"/>
          <w:sz w:val="32"/>
          <w:szCs w:val="32"/>
        </w:rPr>
      </w:pPr>
      <w:r w:rsidRPr="001A53A8">
        <w:rPr>
          <w:color w:val="17365D" w:themeColor="text2" w:themeShade="BF"/>
          <w:sz w:val="32"/>
          <w:szCs w:val="32"/>
        </w:rPr>
        <w:t>SBR Triathlon Coaching – Physical Activity Readiness Questionnaire (PAR-Q)</w:t>
      </w:r>
    </w:p>
    <w:p w14:paraId="12DCCDE8" w14:textId="127AFDD6" w:rsidR="00F479EE" w:rsidRPr="001D692A" w:rsidRDefault="00000000">
      <w:pPr>
        <w:rPr>
          <w:rFonts w:ascii="Tahoma" w:hAnsi="Tahoma" w:cs="Tahoma"/>
        </w:rPr>
      </w:pPr>
      <w:r w:rsidRPr="001D692A">
        <w:rPr>
          <w:rFonts w:ascii="Tahoma" w:hAnsi="Tahoma" w:cs="Tahoma"/>
        </w:rPr>
        <w:t>This Physical Activity Readiness Questionnaire (PAR-Q) helps identify potential health risks before starting or increasing physical activity. Please answer each question honestly by selecting YES or NO. If you answer YES to any question, you should consult your GP or a qualified medical professional before taking part in structured exercise or triathlon training.</w:t>
      </w:r>
    </w:p>
    <w:p w14:paraId="3BD3FF38" w14:textId="174BA8C6" w:rsidR="00F479EE" w:rsidRPr="001A53A8" w:rsidRDefault="00000000">
      <w:pPr>
        <w:pStyle w:val="Heading2"/>
        <w:rPr>
          <w:color w:val="17365D" w:themeColor="text2" w:themeShade="BF"/>
          <w:sz w:val="28"/>
          <w:szCs w:val="28"/>
        </w:rPr>
      </w:pPr>
      <w:r w:rsidRPr="001A53A8">
        <w:rPr>
          <w:color w:val="17365D" w:themeColor="text2" w:themeShade="BF"/>
          <w:sz w:val="28"/>
          <w:szCs w:val="28"/>
        </w:rPr>
        <w:t>Athlete Information</w:t>
      </w:r>
    </w:p>
    <w:tbl>
      <w:tblPr>
        <w:tblStyle w:val="TableGrid1"/>
        <w:tblW w:w="10770" w:type="dxa"/>
        <w:tblInd w:w="27" w:type="dxa"/>
        <w:tblLook w:val="04A0" w:firstRow="1" w:lastRow="0" w:firstColumn="1" w:lastColumn="0" w:noHBand="0" w:noVBand="1"/>
      </w:tblPr>
      <w:tblGrid>
        <w:gridCol w:w="1560"/>
        <w:gridCol w:w="9210"/>
      </w:tblGrid>
      <w:tr w:rsidR="003A2838" w:rsidRPr="004D70EC" w14:paraId="00D0EF08" w14:textId="77777777" w:rsidTr="00324535">
        <w:trPr>
          <w:trHeight w:val="587"/>
        </w:trPr>
        <w:tc>
          <w:tcPr>
            <w:tcW w:w="156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3391428E" w14:textId="77777777" w:rsidR="004D70EC" w:rsidRPr="004D70EC" w:rsidRDefault="004D70EC" w:rsidP="004D70EC">
            <w:pPr>
              <w:spacing w:line="254" w:lineRule="auto"/>
              <w:rPr>
                <w:b/>
                <w:bCs/>
                <w:sz w:val="18"/>
                <w:szCs w:val="18"/>
              </w:rPr>
            </w:pPr>
            <w:r w:rsidRPr="004D70EC">
              <w:rPr>
                <w:b/>
                <w:bCs/>
                <w:sz w:val="18"/>
                <w:szCs w:val="18"/>
              </w:rPr>
              <w:t>Athlete Name:</w:t>
            </w:r>
          </w:p>
        </w:tc>
        <w:tc>
          <w:tcPr>
            <w:tcW w:w="9210" w:type="dxa"/>
            <w:tcBorders>
              <w:top w:val="single" w:sz="4" w:space="0" w:color="auto"/>
              <w:left w:val="single" w:sz="4" w:space="0" w:color="auto"/>
              <w:bottom w:val="single" w:sz="4" w:space="0" w:color="auto"/>
              <w:right w:val="single" w:sz="4" w:space="0" w:color="auto"/>
            </w:tcBorders>
            <w:vAlign w:val="center"/>
          </w:tcPr>
          <w:p w14:paraId="66B31F9E" w14:textId="77777777" w:rsidR="004D70EC" w:rsidRPr="004D70EC" w:rsidRDefault="004D70EC" w:rsidP="004D70EC">
            <w:pPr>
              <w:spacing w:line="254" w:lineRule="auto"/>
              <w:rPr>
                <w:sz w:val="18"/>
                <w:szCs w:val="20"/>
              </w:rPr>
            </w:pPr>
          </w:p>
        </w:tc>
      </w:tr>
      <w:tr w:rsidR="003A2838" w:rsidRPr="004D70EC" w14:paraId="57E5B5D0" w14:textId="77777777" w:rsidTr="00324535">
        <w:trPr>
          <w:trHeight w:val="587"/>
        </w:trPr>
        <w:tc>
          <w:tcPr>
            <w:tcW w:w="156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6A6EB855" w14:textId="77777777" w:rsidR="004D70EC" w:rsidRPr="004D70EC" w:rsidRDefault="004D70EC" w:rsidP="004D70EC">
            <w:pPr>
              <w:spacing w:line="254" w:lineRule="auto"/>
              <w:rPr>
                <w:b/>
                <w:bCs/>
                <w:sz w:val="18"/>
                <w:szCs w:val="18"/>
              </w:rPr>
            </w:pPr>
            <w:r w:rsidRPr="004D70EC">
              <w:rPr>
                <w:b/>
                <w:bCs/>
                <w:sz w:val="18"/>
                <w:szCs w:val="18"/>
              </w:rPr>
              <w:t>Date:</w:t>
            </w:r>
          </w:p>
        </w:tc>
        <w:tc>
          <w:tcPr>
            <w:tcW w:w="9210" w:type="dxa"/>
            <w:tcBorders>
              <w:top w:val="single" w:sz="4" w:space="0" w:color="auto"/>
              <w:left w:val="single" w:sz="4" w:space="0" w:color="auto"/>
              <w:bottom w:val="single" w:sz="4" w:space="0" w:color="auto"/>
              <w:right w:val="single" w:sz="4" w:space="0" w:color="auto"/>
            </w:tcBorders>
            <w:vAlign w:val="center"/>
          </w:tcPr>
          <w:p w14:paraId="34A27816" w14:textId="755F42B1" w:rsidR="004D70EC" w:rsidRPr="004D70EC" w:rsidRDefault="004D70EC" w:rsidP="004D70EC">
            <w:pPr>
              <w:spacing w:line="254" w:lineRule="auto"/>
              <w:rPr>
                <w:sz w:val="18"/>
                <w:szCs w:val="20"/>
              </w:rPr>
            </w:pPr>
          </w:p>
        </w:tc>
      </w:tr>
      <w:tr w:rsidR="003A2838" w:rsidRPr="004D70EC" w14:paraId="1BA1D311" w14:textId="77777777" w:rsidTr="00324535">
        <w:trPr>
          <w:trHeight w:val="587"/>
        </w:trPr>
        <w:tc>
          <w:tcPr>
            <w:tcW w:w="156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227CD3E4" w14:textId="77777777" w:rsidR="004D70EC" w:rsidRPr="004D70EC" w:rsidRDefault="004D70EC" w:rsidP="004D70EC">
            <w:pPr>
              <w:spacing w:line="254" w:lineRule="auto"/>
              <w:rPr>
                <w:b/>
                <w:bCs/>
                <w:sz w:val="18"/>
                <w:szCs w:val="18"/>
              </w:rPr>
            </w:pPr>
            <w:r w:rsidRPr="004D70EC">
              <w:rPr>
                <w:b/>
                <w:bCs/>
                <w:sz w:val="18"/>
                <w:szCs w:val="18"/>
              </w:rPr>
              <w:t>Address and post code:</w:t>
            </w:r>
          </w:p>
        </w:tc>
        <w:tc>
          <w:tcPr>
            <w:tcW w:w="9210" w:type="dxa"/>
            <w:tcBorders>
              <w:top w:val="single" w:sz="4" w:space="0" w:color="auto"/>
              <w:left w:val="single" w:sz="4" w:space="0" w:color="auto"/>
              <w:bottom w:val="single" w:sz="4" w:space="0" w:color="auto"/>
              <w:right w:val="single" w:sz="4" w:space="0" w:color="auto"/>
            </w:tcBorders>
            <w:vAlign w:val="center"/>
          </w:tcPr>
          <w:p w14:paraId="29D997D0" w14:textId="77777777" w:rsidR="004D70EC" w:rsidRPr="004D70EC" w:rsidRDefault="004D70EC" w:rsidP="004D70EC">
            <w:pPr>
              <w:spacing w:line="254" w:lineRule="auto"/>
              <w:rPr>
                <w:sz w:val="18"/>
                <w:szCs w:val="20"/>
              </w:rPr>
            </w:pPr>
          </w:p>
        </w:tc>
      </w:tr>
      <w:tr w:rsidR="003A2838" w:rsidRPr="004D70EC" w14:paraId="557C5185" w14:textId="77777777" w:rsidTr="00324535">
        <w:trPr>
          <w:trHeight w:val="587"/>
        </w:trPr>
        <w:tc>
          <w:tcPr>
            <w:tcW w:w="156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2A2AF81D" w14:textId="77777777" w:rsidR="004D70EC" w:rsidRPr="004D70EC" w:rsidRDefault="004D70EC" w:rsidP="004D70EC">
            <w:pPr>
              <w:spacing w:line="254" w:lineRule="auto"/>
              <w:rPr>
                <w:b/>
                <w:bCs/>
                <w:sz w:val="18"/>
                <w:szCs w:val="18"/>
              </w:rPr>
            </w:pPr>
            <w:r w:rsidRPr="004D70EC">
              <w:rPr>
                <w:b/>
                <w:bCs/>
                <w:sz w:val="18"/>
                <w:szCs w:val="18"/>
              </w:rPr>
              <w:t>Telephone (mobile) No.</w:t>
            </w:r>
          </w:p>
        </w:tc>
        <w:tc>
          <w:tcPr>
            <w:tcW w:w="9210" w:type="dxa"/>
            <w:tcBorders>
              <w:top w:val="single" w:sz="4" w:space="0" w:color="auto"/>
              <w:left w:val="single" w:sz="4" w:space="0" w:color="auto"/>
              <w:bottom w:val="single" w:sz="4" w:space="0" w:color="auto"/>
              <w:right w:val="single" w:sz="4" w:space="0" w:color="auto"/>
            </w:tcBorders>
            <w:vAlign w:val="center"/>
          </w:tcPr>
          <w:p w14:paraId="4D7D2835" w14:textId="338907C7" w:rsidR="004D70EC" w:rsidRPr="004D70EC" w:rsidRDefault="004D70EC" w:rsidP="004D70EC">
            <w:pPr>
              <w:spacing w:line="254" w:lineRule="auto"/>
              <w:rPr>
                <w:sz w:val="18"/>
                <w:szCs w:val="20"/>
              </w:rPr>
            </w:pPr>
          </w:p>
        </w:tc>
      </w:tr>
      <w:tr w:rsidR="003A2838" w:rsidRPr="004D70EC" w14:paraId="7A0B06CF" w14:textId="77777777" w:rsidTr="00324535">
        <w:trPr>
          <w:trHeight w:val="587"/>
        </w:trPr>
        <w:tc>
          <w:tcPr>
            <w:tcW w:w="156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1D50341C" w14:textId="77777777" w:rsidR="004D70EC" w:rsidRPr="004D70EC" w:rsidRDefault="004D70EC" w:rsidP="004D70EC">
            <w:pPr>
              <w:spacing w:line="254" w:lineRule="auto"/>
              <w:rPr>
                <w:b/>
                <w:bCs/>
                <w:sz w:val="18"/>
                <w:szCs w:val="18"/>
              </w:rPr>
            </w:pPr>
            <w:r w:rsidRPr="004D70EC">
              <w:rPr>
                <w:b/>
                <w:bCs/>
                <w:sz w:val="18"/>
                <w:szCs w:val="18"/>
              </w:rPr>
              <w:t>Email:</w:t>
            </w:r>
          </w:p>
        </w:tc>
        <w:tc>
          <w:tcPr>
            <w:tcW w:w="9210" w:type="dxa"/>
            <w:tcBorders>
              <w:top w:val="single" w:sz="4" w:space="0" w:color="auto"/>
              <w:left w:val="single" w:sz="4" w:space="0" w:color="auto"/>
              <w:bottom w:val="single" w:sz="4" w:space="0" w:color="auto"/>
              <w:right w:val="single" w:sz="4" w:space="0" w:color="auto"/>
            </w:tcBorders>
            <w:vAlign w:val="center"/>
          </w:tcPr>
          <w:p w14:paraId="28EBD304" w14:textId="77777777" w:rsidR="004D70EC" w:rsidRPr="004D70EC" w:rsidRDefault="004D70EC" w:rsidP="004D70EC">
            <w:pPr>
              <w:spacing w:line="254" w:lineRule="auto"/>
              <w:rPr>
                <w:sz w:val="18"/>
                <w:szCs w:val="20"/>
              </w:rPr>
            </w:pPr>
          </w:p>
        </w:tc>
      </w:tr>
      <w:tr w:rsidR="003A2838" w:rsidRPr="004D70EC" w14:paraId="3B44A216" w14:textId="77777777" w:rsidTr="00324535">
        <w:trPr>
          <w:trHeight w:val="587"/>
        </w:trPr>
        <w:tc>
          <w:tcPr>
            <w:tcW w:w="156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1411228C" w14:textId="77777777" w:rsidR="004D70EC" w:rsidRPr="004D70EC" w:rsidRDefault="004D70EC" w:rsidP="004D70EC">
            <w:pPr>
              <w:spacing w:line="254" w:lineRule="auto"/>
              <w:rPr>
                <w:b/>
                <w:bCs/>
                <w:sz w:val="18"/>
                <w:szCs w:val="18"/>
              </w:rPr>
            </w:pPr>
            <w:r w:rsidRPr="004D70EC">
              <w:rPr>
                <w:b/>
                <w:bCs/>
                <w:sz w:val="18"/>
                <w:szCs w:val="18"/>
              </w:rPr>
              <w:t>Date of Birth:</w:t>
            </w:r>
          </w:p>
        </w:tc>
        <w:tc>
          <w:tcPr>
            <w:tcW w:w="9210" w:type="dxa"/>
            <w:tcBorders>
              <w:top w:val="single" w:sz="4" w:space="0" w:color="auto"/>
              <w:left w:val="single" w:sz="4" w:space="0" w:color="auto"/>
              <w:bottom w:val="single" w:sz="4" w:space="0" w:color="auto"/>
              <w:right w:val="single" w:sz="4" w:space="0" w:color="auto"/>
            </w:tcBorders>
            <w:vAlign w:val="center"/>
          </w:tcPr>
          <w:p w14:paraId="70670556" w14:textId="77777777" w:rsidR="004D70EC" w:rsidRPr="004D70EC" w:rsidRDefault="004D70EC" w:rsidP="004D70EC">
            <w:pPr>
              <w:spacing w:line="254" w:lineRule="auto"/>
              <w:rPr>
                <w:sz w:val="18"/>
                <w:szCs w:val="20"/>
              </w:rPr>
            </w:pPr>
          </w:p>
        </w:tc>
      </w:tr>
      <w:tr w:rsidR="003A2838" w:rsidRPr="004D70EC" w14:paraId="71F7E3ED" w14:textId="77777777" w:rsidTr="00324535">
        <w:trPr>
          <w:trHeight w:val="587"/>
        </w:trPr>
        <w:tc>
          <w:tcPr>
            <w:tcW w:w="156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530B0AEB" w14:textId="77777777" w:rsidR="004D70EC" w:rsidRPr="004D70EC" w:rsidRDefault="004D70EC" w:rsidP="004D70EC">
            <w:pPr>
              <w:spacing w:line="254" w:lineRule="auto"/>
              <w:rPr>
                <w:b/>
                <w:bCs/>
                <w:sz w:val="18"/>
                <w:szCs w:val="18"/>
              </w:rPr>
            </w:pPr>
            <w:r w:rsidRPr="004D70EC">
              <w:rPr>
                <w:b/>
                <w:bCs/>
                <w:sz w:val="18"/>
                <w:szCs w:val="18"/>
              </w:rPr>
              <w:t>Next of Kin:</w:t>
            </w:r>
          </w:p>
        </w:tc>
        <w:tc>
          <w:tcPr>
            <w:tcW w:w="9210" w:type="dxa"/>
            <w:tcBorders>
              <w:top w:val="single" w:sz="4" w:space="0" w:color="auto"/>
              <w:left w:val="single" w:sz="4" w:space="0" w:color="auto"/>
              <w:bottom w:val="single" w:sz="4" w:space="0" w:color="auto"/>
              <w:right w:val="single" w:sz="4" w:space="0" w:color="auto"/>
            </w:tcBorders>
            <w:vAlign w:val="center"/>
          </w:tcPr>
          <w:p w14:paraId="69AECCE9" w14:textId="29FA8E57" w:rsidR="004D70EC" w:rsidRPr="004D70EC" w:rsidRDefault="004D70EC" w:rsidP="004D70EC">
            <w:pPr>
              <w:spacing w:line="254" w:lineRule="auto"/>
              <w:rPr>
                <w:sz w:val="18"/>
                <w:szCs w:val="20"/>
              </w:rPr>
            </w:pPr>
          </w:p>
        </w:tc>
      </w:tr>
      <w:tr w:rsidR="003A2838" w:rsidRPr="004D70EC" w14:paraId="254FE75A" w14:textId="77777777" w:rsidTr="00324535">
        <w:trPr>
          <w:trHeight w:val="611"/>
        </w:trPr>
        <w:tc>
          <w:tcPr>
            <w:tcW w:w="156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4DF000C5" w14:textId="77777777" w:rsidR="004D70EC" w:rsidRPr="004D70EC" w:rsidRDefault="004D70EC" w:rsidP="004D70EC">
            <w:pPr>
              <w:spacing w:line="254" w:lineRule="auto"/>
              <w:rPr>
                <w:b/>
                <w:bCs/>
                <w:sz w:val="18"/>
                <w:szCs w:val="18"/>
              </w:rPr>
            </w:pPr>
            <w:r w:rsidRPr="004D70EC">
              <w:rPr>
                <w:b/>
                <w:bCs/>
                <w:sz w:val="18"/>
                <w:szCs w:val="18"/>
              </w:rPr>
              <w:t>Emergency Contact No.</w:t>
            </w:r>
          </w:p>
        </w:tc>
        <w:tc>
          <w:tcPr>
            <w:tcW w:w="9210" w:type="dxa"/>
            <w:tcBorders>
              <w:top w:val="single" w:sz="4" w:space="0" w:color="auto"/>
              <w:left w:val="single" w:sz="4" w:space="0" w:color="auto"/>
              <w:bottom w:val="single" w:sz="4" w:space="0" w:color="auto"/>
              <w:right w:val="single" w:sz="4" w:space="0" w:color="auto"/>
            </w:tcBorders>
            <w:vAlign w:val="center"/>
          </w:tcPr>
          <w:p w14:paraId="0B5A6135" w14:textId="77777777" w:rsidR="004D70EC" w:rsidRPr="004D70EC" w:rsidRDefault="004D70EC" w:rsidP="004D70EC">
            <w:pPr>
              <w:spacing w:line="254" w:lineRule="auto"/>
              <w:rPr>
                <w:sz w:val="18"/>
                <w:szCs w:val="20"/>
              </w:rPr>
            </w:pPr>
          </w:p>
        </w:tc>
      </w:tr>
    </w:tbl>
    <w:p w14:paraId="6054C18C" w14:textId="6ACE640C" w:rsidR="00F479EE" w:rsidRPr="003A2838" w:rsidRDefault="00000000">
      <w:pPr>
        <w:rPr>
          <w:sz w:val="10"/>
          <w:szCs w:val="10"/>
        </w:rPr>
      </w:pPr>
      <w:r w:rsidRPr="002B6808">
        <w:rPr>
          <w:sz w:val="24"/>
          <w:szCs w:val="24"/>
          <w:u w:val="single"/>
        </w:rPr>
        <w:t xml:space="preserve"> </w:t>
      </w:r>
    </w:p>
    <w:p w14:paraId="2E920901" w14:textId="77777777" w:rsidR="00F479EE" w:rsidRPr="001A53A8" w:rsidRDefault="00000000">
      <w:pPr>
        <w:pStyle w:val="Heading2"/>
        <w:rPr>
          <w:color w:val="17365D" w:themeColor="text2" w:themeShade="BF"/>
          <w:sz w:val="28"/>
          <w:szCs w:val="28"/>
        </w:rPr>
      </w:pPr>
      <w:r w:rsidRPr="001A53A8">
        <w:rPr>
          <w:color w:val="17365D" w:themeColor="text2" w:themeShade="BF"/>
          <w:sz w:val="28"/>
          <w:szCs w:val="28"/>
        </w:rPr>
        <w:t>Health Screening Questions</w:t>
      </w:r>
    </w:p>
    <w:p w14:paraId="3370297B" w14:textId="77777777" w:rsidR="00F479EE" w:rsidRPr="001D692A" w:rsidRDefault="00000000">
      <w:pPr>
        <w:rPr>
          <w:rFonts w:ascii="Tahoma" w:hAnsi="Tahoma" w:cs="Tahoma"/>
        </w:rPr>
      </w:pPr>
      <w:r w:rsidRPr="001D692A">
        <w:rPr>
          <w:rFonts w:ascii="Segoe UI Symbol" w:hAnsi="Segoe UI Symbol" w:cs="Segoe UI Symbol"/>
          <w:b/>
        </w:rPr>
        <w:t>☐</w:t>
      </w:r>
      <w:r w:rsidRPr="001D692A">
        <w:rPr>
          <w:rFonts w:ascii="Tahoma" w:hAnsi="Tahoma" w:cs="Tahoma"/>
          <w:b/>
        </w:rPr>
        <w:t xml:space="preserve"> YES   </w:t>
      </w:r>
      <w:r w:rsidRPr="001D692A">
        <w:rPr>
          <w:rFonts w:ascii="Segoe UI Symbol" w:hAnsi="Segoe UI Symbol" w:cs="Segoe UI Symbol"/>
          <w:b/>
        </w:rPr>
        <w:t>☐</w:t>
      </w:r>
      <w:r w:rsidRPr="001D692A">
        <w:rPr>
          <w:rFonts w:ascii="Tahoma" w:hAnsi="Tahoma" w:cs="Tahoma"/>
          <w:b/>
        </w:rPr>
        <w:t xml:space="preserve"> NO   </w:t>
      </w:r>
      <w:r w:rsidRPr="001D692A">
        <w:rPr>
          <w:rFonts w:ascii="Tahoma" w:hAnsi="Tahoma" w:cs="Tahoma"/>
        </w:rPr>
        <w:t>Has your doctor ever said that you have a heart condition or that you should only do physical activity recommended by a doctor?</w:t>
      </w:r>
    </w:p>
    <w:p w14:paraId="70F41D69" w14:textId="0A2DE801" w:rsidR="00F479EE" w:rsidRPr="001D692A" w:rsidRDefault="00000000">
      <w:pPr>
        <w:rPr>
          <w:rFonts w:ascii="Tahoma" w:hAnsi="Tahoma" w:cs="Tahoma"/>
        </w:rPr>
      </w:pPr>
      <w:r w:rsidRPr="001D692A">
        <w:rPr>
          <w:rFonts w:ascii="Segoe UI Symbol" w:hAnsi="Segoe UI Symbol" w:cs="Segoe UI Symbol"/>
          <w:b/>
        </w:rPr>
        <w:t>☐</w:t>
      </w:r>
      <w:r w:rsidRPr="001D692A">
        <w:rPr>
          <w:rFonts w:ascii="Tahoma" w:hAnsi="Tahoma" w:cs="Tahoma"/>
          <w:b/>
        </w:rPr>
        <w:t xml:space="preserve"> YES   </w:t>
      </w:r>
      <w:r w:rsidRPr="001D692A">
        <w:rPr>
          <w:rFonts w:ascii="Segoe UI Symbol" w:hAnsi="Segoe UI Symbol" w:cs="Segoe UI Symbol"/>
          <w:b/>
        </w:rPr>
        <w:t>☐</w:t>
      </w:r>
      <w:r w:rsidRPr="001D692A">
        <w:rPr>
          <w:rFonts w:ascii="Tahoma" w:hAnsi="Tahoma" w:cs="Tahoma"/>
          <w:b/>
        </w:rPr>
        <w:t xml:space="preserve"> NO   </w:t>
      </w:r>
      <w:r w:rsidRPr="001D692A">
        <w:rPr>
          <w:rFonts w:ascii="Tahoma" w:hAnsi="Tahoma" w:cs="Tahoma"/>
        </w:rPr>
        <w:t>Do you feel pain in your chest during physical activity?</w:t>
      </w:r>
    </w:p>
    <w:p w14:paraId="60193B28" w14:textId="7EDE19FC" w:rsidR="00F479EE" w:rsidRPr="001D692A" w:rsidRDefault="00000000">
      <w:pPr>
        <w:rPr>
          <w:rFonts w:ascii="Tahoma" w:hAnsi="Tahoma" w:cs="Tahoma"/>
        </w:rPr>
      </w:pPr>
      <w:r w:rsidRPr="001D692A">
        <w:rPr>
          <w:rFonts w:ascii="Segoe UI Symbol" w:hAnsi="Segoe UI Symbol" w:cs="Segoe UI Symbol"/>
          <w:b/>
        </w:rPr>
        <w:t>☐</w:t>
      </w:r>
      <w:r w:rsidRPr="001D692A">
        <w:rPr>
          <w:rFonts w:ascii="Tahoma" w:hAnsi="Tahoma" w:cs="Tahoma"/>
          <w:b/>
        </w:rPr>
        <w:t xml:space="preserve"> YES   </w:t>
      </w:r>
      <w:r w:rsidRPr="001D692A">
        <w:rPr>
          <w:rFonts w:ascii="Segoe UI Symbol" w:hAnsi="Segoe UI Symbol" w:cs="Segoe UI Symbol"/>
          <w:b/>
        </w:rPr>
        <w:t>☐</w:t>
      </w:r>
      <w:r w:rsidRPr="001D692A">
        <w:rPr>
          <w:rFonts w:ascii="Tahoma" w:hAnsi="Tahoma" w:cs="Tahoma"/>
          <w:b/>
        </w:rPr>
        <w:t xml:space="preserve"> NO   </w:t>
      </w:r>
      <w:r w:rsidRPr="001D692A">
        <w:rPr>
          <w:rFonts w:ascii="Tahoma" w:hAnsi="Tahoma" w:cs="Tahoma"/>
        </w:rPr>
        <w:t>In the past month, have you had chest pain when you were not doing physical activity?</w:t>
      </w:r>
    </w:p>
    <w:p w14:paraId="42FF4AAB" w14:textId="469EA5ED" w:rsidR="00F479EE" w:rsidRPr="001D692A" w:rsidRDefault="00000000">
      <w:pPr>
        <w:rPr>
          <w:rFonts w:ascii="Tahoma" w:hAnsi="Tahoma" w:cs="Tahoma"/>
        </w:rPr>
      </w:pPr>
      <w:r w:rsidRPr="001D692A">
        <w:rPr>
          <w:rFonts w:ascii="Segoe UI Symbol" w:hAnsi="Segoe UI Symbol" w:cs="Segoe UI Symbol"/>
          <w:b/>
        </w:rPr>
        <w:t>☐</w:t>
      </w:r>
      <w:r w:rsidRPr="001D692A">
        <w:rPr>
          <w:rFonts w:ascii="Tahoma" w:hAnsi="Tahoma" w:cs="Tahoma"/>
          <w:b/>
        </w:rPr>
        <w:t xml:space="preserve"> YES   </w:t>
      </w:r>
      <w:r w:rsidRPr="001D692A">
        <w:rPr>
          <w:rFonts w:ascii="Segoe UI Symbol" w:hAnsi="Segoe UI Symbol" w:cs="Segoe UI Symbol"/>
          <w:b/>
        </w:rPr>
        <w:t>☐</w:t>
      </w:r>
      <w:r w:rsidRPr="001D692A">
        <w:rPr>
          <w:rFonts w:ascii="Tahoma" w:hAnsi="Tahoma" w:cs="Tahoma"/>
          <w:b/>
        </w:rPr>
        <w:t xml:space="preserve"> NO   </w:t>
      </w:r>
      <w:r w:rsidRPr="001D692A">
        <w:rPr>
          <w:rFonts w:ascii="Tahoma" w:hAnsi="Tahoma" w:cs="Tahoma"/>
        </w:rPr>
        <w:t>Do you lose your balance because of dizziness, or do you ever lose consciousness?</w:t>
      </w:r>
    </w:p>
    <w:p w14:paraId="56E0537E" w14:textId="151F7FB0" w:rsidR="00F479EE" w:rsidRPr="001D692A" w:rsidRDefault="00000000">
      <w:pPr>
        <w:rPr>
          <w:rFonts w:ascii="Tahoma" w:hAnsi="Tahoma" w:cs="Tahoma"/>
        </w:rPr>
      </w:pPr>
      <w:r w:rsidRPr="001D692A">
        <w:rPr>
          <w:rFonts w:ascii="Segoe UI Symbol" w:hAnsi="Segoe UI Symbol" w:cs="Segoe UI Symbol"/>
          <w:b/>
        </w:rPr>
        <w:t>☐</w:t>
      </w:r>
      <w:r w:rsidRPr="001D692A">
        <w:rPr>
          <w:rFonts w:ascii="Tahoma" w:hAnsi="Tahoma" w:cs="Tahoma"/>
          <w:b/>
        </w:rPr>
        <w:t xml:space="preserve"> YES   </w:t>
      </w:r>
      <w:r w:rsidRPr="001D692A">
        <w:rPr>
          <w:rFonts w:ascii="Segoe UI Symbol" w:hAnsi="Segoe UI Symbol" w:cs="Segoe UI Symbol"/>
          <w:b/>
        </w:rPr>
        <w:t>☐</w:t>
      </w:r>
      <w:r w:rsidRPr="001D692A">
        <w:rPr>
          <w:rFonts w:ascii="Tahoma" w:hAnsi="Tahoma" w:cs="Tahoma"/>
          <w:b/>
        </w:rPr>
        <w:t xml:space="preserve"> NO   </w:t>
      </w:r>
      <w:r w:rsidRPr="001D692A">
        <w:rPr>
          <w:rFonts w:ascii="Tahoma" w:hAnsi="Tahoma" w:cs="Tahoma"/>
        </w:rPr>
        <w:t>Do you have a bone, joint, or muscle problem that could be made worse by physical activity?</w:t>
      </w:r>
    </w:p>
    <w:p w14:paraId="76EFECA6" w14:textId="6721DC94" w:rsidR="00F479EE" w:rsidRPr="001D692A" w:rsidRDefault="00000000">
      <w:pPr>
        <w:rPr>
          <w:rFonts w:ascii="Tahoma" w:hAnsi="Tahoma" w:cs="Tahoma"/>
        </w:rPr>
      </w:pPr>
      <w:r w:rsidRPr="001D692A">
        <w:rPr>
          <w:rFonts w:ascii="Segoe UI Symbol" w:hAnsi="Segoe UI Symbol" w:cs="Segoe UI Symbol"/>
          <w:b/>
        </w:rPr>
        <w:t>☐</w:t>
      </w:r>
      <w:r w:rsidRPr="001D692A">
        <w:rPr>
          <w:rFonts w:ascii="Tahoma" w:hAnsi="Tahoma" w:cs="Tahoma"/>
          <w:b/>
        </w:rPr>
        <w:t xml:space="preserve"> YES   </w:t>
      </w:r>
      <w:r w:rsidRPr="001D692A">
        <w:rPr>
          <w:rFonts w:ascii="Segoe UI Symbol" w:hAnsi="Segoe UI Symbol" w:cs="Segoe UI Symbol"/>
          <w:b/>
        </w:rPr>
        <w:t>☐</w:t>
      </w:r>
      <w:r w:rsidRPr="001D692A">
        <w:rPr>
          <w:rFonts w:ascii="Tahoma" w:hAnsi="Tahoma" w:cs="Tahoma"/>
          <w:b/>
        </w:rPr>
        <w:t xml:space="preserve"> NO   </w:t>
      </w:r>
      <w:r w:rsidRPr="001D692A">
        <w:rPr>
          <w:rFonts w:ascii="Tahoma" w:hAnsi="Tahoma" w:cs="Tahoma"/>
        </w:rPr>
        <w:t>Is your doctor currently prescribing medication for blood pressure or a heart condition?</w:t>
      </w:r>
    </w:p>
    <w:p w14:paraId="6D56A160" w14:textId="129AAE95" w:rsidR="00F479EE" w:rsidRPr="001D692A" w:rsidRDefault="00000000">
      <w:pPr>
        <w:rPr>
          <w:rFonts w:ascii="Tahoma" w:hAnsi="Tahoma" w:cs="Tahoma"/>
        </w:rPr>
      </w:pPr>
      <w:r w:rsidRPr="001D692A">
        <w:rPr>
          <w:rFonts w:ascii="Segoe UI Symbol" w:hAnsi="Segoe UI Symbol" w:cs="Segoe UI Symbol"/>
          <w:b/>
        </w:rPr>
        <w:t>☐</w:t>
      </w:r>
      <w:r w:rsidRPr="001D692A">
        <w:rPr>
          <w:rFonts w:ascii="Tahoma" w:hAnsi="Tahoma" w:cs="Tahoma"/>
          <w:b/>
        </w:rPr>
        <w:t xml:space="preserve"> YES   </w:t>
      </w:r>
      <w:r w:rsidRPr="001D692A">
        <w:rPr>
          <w:rFonts w:ascii="Segoe UI Symbol" w:hAnsi="Segoe UI Symbol" w:cs="Segoe UI Symbol"/>
          <w:b/>
        </w:rPr>
        <w:t>☐</w:t>
      </w:r>
      <w:r w:rsidRPr="001D692A">
        <w:rPr>
          <w:rFonts w:ascii="Tahoma" w:hAnsi="Tahoma" w:cs="Tahoma"/>
          <w:b/>
        </w:rPr>
        <w:t xml:space="preserve"> NO   </w:t>
      </w:r>
      <w:r w:rsidRPr="001D692A">
        <w:rPr>
          <w:rFonts w:ascii="Tahoma" w:hAnsi="Tahoma" w:cs="Tahoma"/>
        </w:rPr>
        <w:t>Do you know of any reason why you should not take part in physical activity or triathlon training?</w:t>
      </w:r>
    </w:p>
    <w:p w14:paraId="2F79D07E" w14:textId="6C2C96C6" w:rsidR="00F479EE" w:rsidRPr="001D692A" w:rsidRDefault="00000000">
      <w:pPr>
        <w:rPr>
          <w:rFonts w:ascii="Tahoma" w:hAnsi="Tahoma" w:cs="Tahoma"/>
        </w:rPr>
      </w:pPr>
      <w:r w:rsidRPr="001D692A">
        <w:rPr>
          <w:rFonts w:ascii="Segoe UI Symbol" w:hAnsi="Segoe UI Symbol" w:cs="Segoe UI Symbol"/>
          <w:b/>
        </w:rPr>
        <w:lastRenderedPageBreak/>
        <w:t>☐</w:t>
      </w:r>
      <w:r w:rsidRPr="001D692A">
        <w:rPr>
          <w:rFonts w:ascii="Tahoma" w:hAnsi="Tahoma" w:cs="Tahoma"/>
          <w:b/>
        </w:rPr>
        <w:t xml:space="preserve"> YES   </w:t>
      </w:r>
      <w:r w:rsidRPr="001D692A">
        <w:rPr>
          <w:rFonts w:ascii="Segoe UI Symbol" w:hAnsi="Segoe UI Symbol" w:cs="Segoe UI Symbol"/>
          <w:b/>
        </w:rPr>
        <w:t>☐</w:t>
      </w:r>
      <w:r w:rsidRPr="001D692A">
        <w:rPr>
          <w:rFonts w:ascii="Tahoma" w:hAnsi="Tahoma" w:cs="Tahoma"/>
          <w:b/>
        </w:rPr>
        <w:t xml:space="preserve"> NO   </w:t>
      </w:r>
      <w:r w:rsidRPr="001D692A">
        <w:rPr>
          <w:rFonts w:ascii="Tahoma" w:hAnsi="Tahoma" w:cs="Tahoma"/>
        </w:rPr>
        <w:t>Do you currently have, or have you previously experienced, asthma, diabetes, or any chronic illness that may affect performance?</w:t>
      </w:r>
    </w:p>
    <w:p w14:paraId="6F404BE9" w14:textId="70BB257E" w:rsidR="00F479EE" w:rsidRPr="001D692A" w:rsidRDefault="00000000">
      <w:pPr>
        <w:rPr>
          <w:rFonts w:ascii="Tahoma" w:hAnsi="Tahoma" w:cs="Tahoma"/>
        </w:rPr>
      </w:pPr>
      <w:r w:rsidRPr="001D692A">
        <w:rPr>
          <w:rFonts w:ascii="Segoe UI Symbol" w:hAnsi="Segoe UI Symbol" w:cs="Segoe UI Symbol"/>
          <w:b/>
        </w:rPr>
        <w:t>☐</w:t>
      </w:r>
      <w:r w:rsidRPr="001D692A">
        <w:rPr>
          <w:rFonts w:ascii="Tahoma" w:hAnsi="Tahoma" w:cs="Tahoma"/>
          <w:b/>
        </w:rPr>
        <w:t xml:space="preserve"> YES   </w:t>
      </w:r>
      <w:r w:rsidRPr="001D692A">
        <w:rPr>
          <w:rFonts w:ascii="Segoe UI Symbol" w:hAnsi="Segoe UI Symbol" w:cs="Segoe UI Symbol"/>
          <w:b/>
        </w:rPr>
        <w:t>☐</w:t>
      </w:r>
      <w:r w:rsidRPr="001D692A">
        <w:rPr>
          <w:rFonts w:ascii="Tahoma" w:hAnsi="Tahoma" w:cs="Tahoma"/>
          <w:b/>
        </w:rPr>
        <w:t xml:space="preserve"> NO   </w:t>
      </w:r>
      <w:r w:rsidRPr="001D692A">
        <w:rPr>
          <w:rFonts w:ascii="Tahoma" w:hAnsi="Tahoma" w:cs="Tahoma"/>
        </w:rPr>
        <w:t>Have you ever been advised by a medical professional not to participate in swimming, cycling, or running?</w:t>
      </w:r>
    </w:p>
    <w:p w14:paraId="10AD1731" w14:textId="77777777" w:rsidR="00F479EE" w:rsidRPr="001D692A" w:rsidRDefault="00000000">
      <w:pPr>
        <w:rPr>
          <w:rFonts w:ascii="Tahoma" w:hAnsi="Tahoma" w:cs="Tahoma"/>
        </w:rPr>
      </w:pPr>
      <w:r w:rsidRPr="001D692A">
        <w:rPr>
          <w:rFonts w:ascii="Segoe UI Symbol" w:hAnsi="Segoe UI Symbol" w:cs="Segoe UI Symbol"/>
          <w:b/>
        </w:rPr>
        <w:t>☐</w:t>
      </w:r>
      <w:r w:rsidRPr="001D692A">
        <w:rPr>
          <w:rFonts w:ascii="Tahoma" w:hAnsi="Tahoma" w:cs="Tahoma"/>
          <w:b/>
        </w:rPr>
        <w:t xml:space="preserve"> YES   </w:t>
      </w:r>
      <w:r w:rsidRPr="001D692A">
        <w:rPr>
          <w:rFonts w:ascii="Segoe UI Symbol" w:hAnsi="Segoe UI Symbol" w:cs="Segoe UI Symbol"/>
          <w:b/>
        </w:rPr>
        <w:t>☐</w:t>
      </w:r>
      <w:r w:rsidRPr="001D692A">
        <w:rPr>
          <w:rFonts w:ascii="Tahoma" w:hAnsi="Tahoma" w:cs="Tahoma"/>
          <w:b/>
        </w:rPr>
        <w:t xml:space="preserve"> NO   </w:t>
      </w:r>
      <w:r w:rsidRPr="001D692A">
        <w:rPr>
          <w:rFonts w:ascii="Tahoma" w:hAnsi="Tahoma" w:cs="Tahoma"/>
        </w:rPr>
        <w:t>Have you experienced fainting, dizziness, or shortness of breath during exercise?</w:t>
      </w:r>
    </w:p>
    <w:p w14:paraId="5B5F7BDB" w14:textId="5DA546A3" w:rsidR="00F479EE" w:rsidRPr="001D692A" w:rsidRDefault="00000000">
      <w:pPr>
        <w:rPr>
          <w:rFonts w:ascii="Tahoma" w:hAnsi="Tahoma" w:cs="Tahoma"/>
        </w:rPr>
      </w:pPr>
      <w:r w:rsidRPr="001D692A">
        <w:rPr>
          <w:rFonts w:ascii="Segoe UI Symbol" w:hAnsi="Segoe UI Symbol" w:cs="Segoe UI Symbol"/>
          <w:b/>
        </w:rPr>
        <w:t>☐</w:t>
      </w:r>
      <w:r w:rsidRPr="001D692A">
        <w:rPr>
          <w:rFonts w:ascii="Tahoma" w:hAnsi="Tahoma" w:cs="Tahoma"/>
          <w:b/>
        </w:rPr>
        <w:t xml:space="preserve"> YES   </w:t>
      </w:r>
      <w:r w:rsidRPr="001D692A">
        <w:rPr>
          <w:rFonts w:ascii="Segoe UI Symbol" w:hAnsi="Segoe UI Symbol" w:cs="Segoe UI Symbol"/>
          <w:b/>
        </w:rPr>
        <w:t>☐</w:t>
      </w:r>
      <w:r w:rsidRPr="001D692A">
        <w:rPr>
          <w:rFonts w:ascii="Tahoma" w:hAnsi="Tahoma" w:cs="Tahoma"/>
          <w:b/>
        </w:rPr>
        <w:t xml:space="preserve"> NO   </w:t>
      </w:r>
      <w:r w:rsidRPr="001D692A">
        <w:rPr>
          <w:rFonts w:ascii="Tahoma" w:hAnsi="Tahoma" w:cs="Tahoma"/>
        </w:rPr>
        <w:t>Do you have any injuries, ongoing pain, or musculoskeletal problems that may affect training or competition?</w:t>
      </w:r>
    </w:p>
    <w:p w14:paraId="791F5E37" w14:textId="2CC2AB4C" w:rsidR="00F479EE" w:rsidRPr="001D692A" w:rsidRDefault="00000000">
      <w:pPr>
        <w:rPr>
          <w:rFonts w:ascii="Tahoma" w:hAnsi="Tahoma" w:cs="Tahoma"/>
        </w:rPr>
      </w:pPr>
      <w:r w:rsidRPr="001D692A">
        <w:rPr>
          <w:rFonts w:ascii="Segoe UI Symbol" w:hAnsi="Segoe UI Symbol" w:cs="Segoe UI Symbol"/>
          <w:b/>
        </w:rPr>
        <w:t>☐</w:t>
      </w:r>
      <w:r w:rsidRPr="001D692A">
        <w:rPr>
          <w:rFonts w:ascii="Tahoma" w:hAnsi="Tahoma" w:cs="Tahoma"/>
          <w:b/>
        </w:rPr>
        <w:t xml:space="preserve"> YES   </w:t>
      </w:r>
      <w:r w:rsidRPr="001D692A">
        <w:rPr>
          <w:rFonts w:ascii="Segoe UI Symbol" w:hAnsi="Segoe UI Symbol" w:cs="Segoe UI Symbol"/>
          <w:b/>
        </w:rPr>
        <w:t>☐</w:t>
      </w:r>
      <w:r w:rsidRPr="001D692A">
        <w:rPr>
          <w:rFonts w:ascii="Tahoma" w:hAnsi="Tahoma" w:cs="Tahoma"/>
          <w:b/>
        </w:rPr>
        <w:t xml:space="preserve"> NO   </w:t>
      </w:r>
      <w:r w:rsidRPr="001D692A">
        <w:rPr>
          <w:rFonts w:ascii="Tahoma" w:hAnsi="Tahoma" w:cs="Tahoma"/>
        </w:rPr>
        <w:t>Are you currently pregnant, or have you given birth in the last 6 months?</w:t>
      </w:r>
    </w:p>
    <w:p w14:paraId="436E6622" w14:textId="32F64399" w:rsidR="00F479EE" w:rsidRPr="001D692A" w:rsidRDefault="00000000">
      <w:pPr>
        <w:rPr>
          <w:rFonts w:ascii="Tahoma" w:hAnsi="Tahoma" w:cs="Tahoma"/>
        </w:rPr>
      </w:pPr>
      <w:r w:rsidRPr="001D692A">
        <w:rPr>
          <w:rFonts w:ascii="Segoe UI Symbol" w:hAnsi="Segoe UI Symbol" w:cs="Segoe UI Symbol"/>
          <w:b/>
        </w:rPr>
        <w:t>☐</w:t>
      </w:r>
      <w:r w:rsidRPr="001D692A">
        <w:rPr>
          <w:rFonts w:ascii="Tahoma" w:hAnsi="Tahoma" w:cs="Tahoma"/>
          <w:b/>
        </w:rPr>
        <w:t xml:space="preserve"> YES   </w:t>
      </w:r>
      <w:r w:rsidRPr="001D692A">
        <w:rPr>
          <w:rFonts w:ascii="Segoe UI Symbol" w:hAnsi="Segoe UI Symbol" w:cs="Segoe UI Symbol"/>
          <w:b/>
        </w:rPr>
        <w:t>☐</w:t>
      </w:r>
      <w:r w:rsidRPr="001D692A">
        <w:rPr>
          <w:rFonts w:ascii="Tahoma" w:hAnsi="Tahoma" w:cs="Tahoma"/>
          <w:b/>
        </w:rPr>
        <w:t xml:space="preserve"> NO   </w:t>
      </w:r>
      <w:r w:rsidRPr="001D692A">
        <w:rPr>
          <w:rFonts w:ascii="Tahoma" w:hAnsi="Tahoma" w:cs="Tahoma"/>
        </w:rPr>
        <w:t>Do you take any regular medication that may influence heart rate, blood pressure, or hydration status?</w:t>
      </w:r>
    </w:p>
    <w:p w14:paraId="7D50ED75" w14:textId="1ED797E0" w:rsidR="00F479EE" w:rsidRPr="001D692A" w:rsidRDefault="00000000">
      <w:pPr>
        <w:rPr>
          <w:rFonts w:ascii="Tahoma" w:hAnsi="Tahoma" w:cs="Tahoma"/>
        </w:rPr>
      </w:pPr>
      <w:r w:rsidRPr="001D692A">
        <w:rPr>
          <w:rFonts w:ascii="Segoe UI Symbol" w:hAnsi="Segoe UI Symbol" w:cs="Segoe UI Symbol"/>
          <w:b/>
        </w:rPr>
        <w:t>☐</w:t>
      </w:r>
      <w:r w:rsidRPr="001D692A">
        <w:rPr>
          <w:rFonts w:ascii="Tahoma" w:hAnsi="Tahoma" w:cs="Tahoma"/>
          <w:b/>
        </w:rPr>
        <w:t xml:space="preserve"> YES   </w:t>
      </w:r>
      <w:r w:rsidRPr="001D692A">
        <w:rPr>
          <w:rFonts w:ascii="Segoe UI Symbol" w:hAnsi="Segoe UI Symbol" w:cs="Segoe UI Symbol"/>
          <w:b/>
        </w:rPr>
        <w:t>☐</w:t>
      </w:r>
      <w:r w:rsidRPr="001D692A">
        <w:rPr>
          <w:rFonts w:ascii="Tahoma" w:hAnsi="Tahoma" w:cs="Tahoma"/>
          <w:b/>
        </w:rPr>
        <w:t xml:space="preserve"> NO   </w:t>
      </w:r>
      <w:r w:rsidRPr="001D692A">
        <w:rPr>
          <w:rFonts w:ascii="Tahoma" w:hAnsi="Tahoma" w:cs="Tahoma"/>
        </w:rPr>
        <w:t>Do you have any known allergies, including to insect stings or medications, that may require an emergency plan during training or competition?</w:t>
      </w:r>
    </w:p>
    <w:p w14:paraId="24B289CE" w14:textId="5C4F1577" w:rsidR="00F479EE" w:rsidRPr="001D692A" w:rsidRDefault="00000000">
      <w:pPr>
        <w:rPr>
          <w:rFonts w:ascii="Tahoma" w:hAnsi="Tahoma" w:cs="Tahoma"/>
        </w:rPr>
      </w:pPr>
      <w:r w:rsidRPr="001D692A">
        <w:rPr>
          <w:rFonts w:ascii="Segoe UI Symbol" w:hAnsi="Segoe UI Symbol" w:cs="Segoe UI Symbol"/>
          <w:b/>
        </w:rPr>
        <w:t>☐</w:t>
      </w:r>
      <w:r w:rsidRPr="001D692A">
        <w:rPr>
          <w:rFonts w:ascii="Tahoma" w:hAnsi="Tahoma" w:cs="Tahoma"/>
          <w:b/>
        </w:rPr>
        <w:t xml:space="preserve"> YES   </w:t>
      </w:r>
      <w:r w:rsidRPr="001D692A">
        <w:rPr>
          <w:rFonts w:ascii="Segoe UI Symbol" w:hAnsi="Segoe UI Symbol" w:cs="Segoe UI Symbol"/>
          <w:b/>
        </w:rPr>
        <w:t>☐</w:t>
      </w:r>
      <w:r w:rsidRPr="001D692A">
        <w:rPr>
          <w:rFonts w:ascii="Tahoma" w:hAnsi="Tahoma" w:cs="Tahoma"/>
          <w:b/>
        </w:rPr>
        <w:t xml:space="preserve"> NO   </w:t>
      </w:r>
      <w:r w:rsidRPr="001D692A">
        <w:rPr>
          <w:rFonts w:ascii="Tahoma" w:hAnsi="Tahoma" w:cs="Tahoma"/>
        </w:rPr>
        <w:t>Do you smoke, vape, or regularly use nicotine products?</w:t>
      </w:r>
    </w:p>
    <w:p w14:paraId="17FB3B95" w14:textId="0975560C" w:rsidR="003A2838" w:rsidRPr="001D692A" w:rsidRDefault="003A2838">
      <w:pPr>
        <w:rPr>
          <w:rFonts w:ascii="Tahoma" w:hAnsi="Tahoma" w:cs="Tahoma"/>
        </w:rPr>
      </w:pPr>
      <w:r w:rsidRPr="001D692A">
        <w:rPr>
          <w:rFonts w:ascii="Segoe UI Symbol" w:hAnsi="Segoe UI Symbol" w:cs="Segoe UI Symbol"/>
          <w:b/>
        </w:rPr>
        <w:t>☐</w:t>
      </w:r>
      <w:r w:rsidRPr="001D692A">
        <w:rPr>
          <w:rFonts w:ascii="Tahoma" w:hAnsi="Tahoma" w:cs="Tahoma"/>
          <w:b/>
        </w:rPr>
        <w:t xml:space="preserve"> YES   </w:t>
      </w:r>
      <w:r w:rsidRPr="001D692A">
        <w:rPr>
          <w:rFonts w:ascii="Segoe UI Symbol" w:hAnsi="Segoe UI Symbol" w:cs="Segoe UI Symbol"/>
          <w:b/>
        </w:rPr>
        <w:t>☐</w:t>
      </w:r>
      <w:r w:rsidRPr="001D692A">
        <w:rPr>
          <w:rFonts w:ascii="Tahoma" w:hAnsi="Tahoma" w:cs="Tahoma"/>
          <w:b/>
        </w:rPr>
        <w:t xml:space="preserve"> NO   </w:t>
      </w:r>
      <w:r w:rsidRPr="001D692A">
        <w:rPr>
          <w:rFonts w:ascii="Tahoma" w:hAnsi="Tahoma" w:cs="Tahoma"/>
        </w:rPr>
        <w:t>Are you currently using, or have you recently used, GLP-1 receptor agonist medication (</w:t>
      </w:r>
      <w:r w:rsidR="0009708A" w:rsidRPr="001D692A">
        <w:rPr>
          <w:rFonts w:ascii="Tahoma" w:hAnsi="Tahoma" w:cs="Tahoma"/>
        </w:rPr>
        <w:t>e.g.,</w:t>
      </w:r>
      <w:r w:rsidRPr="001D692A">
        <w:rPr>
          <w:rFonts w:ascii="Tahoma" w:hAnsi="Tahoma" w:cs="Tahoma"/>
        </w:rPr>
        <w:t xml:space="preserve"> Ozempic, Wegovy, Mounjaro, Rybelsus)?</w:t>
      </w:r>
      <w:r w:rsidRPr="001D692A">
        <w:rPr>
          <w:rFonts w:ascii="Tahoma" w:hAnsi="Tahoma" w:cs="Tahoma"/>
        </w:rPr>
        <w:br/>
      </w:r>
      <w:r w:rsidRPr="0009708A">
        <w:rPr>
          <w:rFonts w:ascii="Tahoma" w:hAnsi="Tahoma" w:cs="Tahoma"/>
          <w:b/>
          <w:bCs/>
          <w:i/>
          <w:iCs/>
        </w:rPr>
        <w:t xml:space="preserve">If yes, please note that these medications can affect </w:t>
      </w:r>
      <w:r w:rsidR="0009708A" w:rsidRPr="0009708A">
        <w:rPr>
          <w:rFonts w:ascii="Tahoma" w:hAnsi="Tahoma" w:cs="Tahoma"/>
          <w:b/>
          <w:bCs/>
          <w:i/>
          <w:iCs/>
        </w:rPr>
        <w:t xml:space="preserve">such things as </w:t>
      </w:r>
      <w:r w:rsidRPr="0009708A">
        <w:rPr>
          <w:rFonts w:ascii="Tahoma" w:hAnsi="Tahoma" w:cs="Tahoma"/>
          <w:b/>
          <w:bCs/>
          <w:i/>
          <w:iCs/>
        </w:rPr>
        <w:t xml:space="preserve">energy availability, </w:t>
      </w:r>
      <w:r w:rsidR="0009708A" w:rsidRPr="0009708A">
        <w:rPr>
          <w:rFonts w:ascii="Tahoma" w:hAnsi="Tahoma" w:cs="Tahoma"/>
          <w:b/>
          <w:bCs/>
          <w:i/>
          <w:iCs/>
        </w:rPr>
        <w:t xml:space="preserve">and </w:t>
      </w:r>
      <w:r w:rsidRPr="0009708A">
        <w:rPr>
          <w:rFonts w:ascii="Tahoma" w:hAnsi="Tahoma" w:cs="Tahoma"/>
          <w:b/>
          <w:bCs/>
          <w:i/>
          <w:iCs/>
        </w:rPr>
        <w:t>hydration, a</w:t>
      </w:r>
      <w:r w:rsidR="0009708A" w:rsidRPr="0009708A">
        <w:rPr>
          <w:rFonts w:ascii="Tahoma" w:hAnsi="Tahoma" w:cs="Tahoma"/>
          <w:b/>
          <w:bCs/>
          <w:i/>
          <w:iCs/>
        </w:rPr>
        <w:t>mongst others.</w:t>
      </w:r>
      <w:r w:rsidR="0009708A">
        <w:rPr>
          <w:rFonts w:ascii="Tahoma" w:hAnsi="Tahoma" w:cs="Tahoma"/>
          <w:b/>
          <w:bCs/>
          <w:i/>
          <w:iCs/>
        </w:rPr>
        <w:t xml:space="preserve"> This may affect your ability to conduct the sessions as prescribed within your training plan.</w:t>
      </w:r>
    </w:p>
    <w:p w14:paraId="705D77AE" w14:textId="2CE03C3D" w:rsidR="00F479EE" w:rsidRPr="001D692A" w:rsidRDefault="00000000">
      <w:pPr>
        <w:pStyle w:val="Heading2"/>
        <w:rPr>
          <w:rFonts w:ascii="Tahoma" w:hAnsi="Tahoma" w:cs="Tahoma"/>
          <w:color w:val="17365D" w:themeColor="text2" w:themeShade="BF"/>
          <w:sz w:val="28"/>
          <w:szCs w:val="28"/>
        </w:rPr>
      </w:pPr>
      <w:r w:rsidRPr="001D692A">
        <w:rPr>
          <w:rFonts w:ascii="Tahoma" w:hAnsi="Tahoma" w:cs="Tahoma"/>
          <w:color w:val="17365D" w:themeColor="text2" w:themeShade="BF"/>
          <w:sz w:val="28"/>
          <w:szCs w:val="28"/>
        </w:rPr>
        <w:t>Important Notes</w:t>
      </w:r>
    </w:p>
    <w:p w14:paraId="4CC531DD" w14:textId="2B3BD93A" w:rsidR="00F479EE" w:rsidRPr="001D692A" w:rsidRDefault="00000000">
      <w:pPr>
        <w:rPr>
          <w:rFonts w:ascii="Tahoma" w:hAnsi="Tahoma" w:cs="Tahoma"/>
        </w:rPr>
      </w:pPr>
      <w:r w:rsidRPr="001D692A">
        <w:rPr>
          <w:rFonts w:ascii="Tahoma" w:hAnsi="Tahoma" w:cs="Tahoma"/>
          <w:sz w:val="24"/>
          <w:szCs w:val="24"/>
        </w:rPr>
        <w:t xml:space="preserve">• </w:t>
      </w:r>
      <w:r w:rsidRPr="001D692A">
        <w:rPr>
          <w:rFonts w:ascii="Tahoma" w:hAnsi="Tahoma" w:cs="Tahoma"/>
        </w:rPr>
        <w:t>If you answered NO to all questions, it is safe for you to begin physical activity gradually, building up intensity and duration based on your current fitness level.</w:t>
      </w:r>
    </w:p>
    <w:p w14:paraId="4416DB9A" w14:textId="2BFA5943" w:rsidR="00F479EE" w:rsidRPr="001D692A" w:rsidRDefault="00000000">
      <w:pPr>
        <w:rPr>
          <w:rFonts w:ascii="Tahoma" w:hAnsi="Tahoma" w:cs="Tahoma"/>
        </w:rPr>
      </w:pPr>
      <w:r w:rsidRPr="001D692A">
        <w:rPr>
          <w:rFonts w:ascii="Tahoma" w:hAnsi="Tahoma" w:cs="Tahoma"/>
        </w:rPr>
        <w:t>• If you answered YES to one or more questions, consult your GP before taking part in structured training or competition.</w:t>
      </w:r>
    </w:p>
    <w:p w14:paraId="3BF38780" w14:textId="52ABD6D3" w:rsidR="00F479EE" w:rsidRPr="001D692A" w:rsidRDefault="00000000">
      <w:pPr>
        <w:rPr>
          <w:rFonts w:ascii="Tahoma" w:hAnsi="Tahoma" w:cs="Tahoma"/>
        </w:rPr>
      </w:pPr>
      <w:r w:rsidRPr="001D692A">
        <w:rPr>
          <w:rFonts w:ascii="Tahoma" w:hAnsi="Tahoma" w:cs="Tahoma"/>
        </w:rPr>
        <w:t>• Stop exercising immediately and seek medical advice if you experience chest pain, dizziness, fainting, or unusual shortness of breath.</w:t>
      </w:r>
    </w:p>
    <w:p w14:paraId="08A20A34" w14:textId="7DD9EEFC" w:rsidR="00F479EE" w:rsidRPr="001D692A" w:rsidRDefault="00000000">
      <w:pPr>
        <w:pStyle w:val="Heading2"/>
        <w:rPr>
          <w:rFonts w:ascii="Tahoma" w:hAnsi="Tahoma" w:cs="Tahoma"/>
          <w:color w:val="17365D" w:themeColor="text2" w:themeShade="BF"/>
          <w:sz w:val="28"/>
          <w:szCs w:val="28"/>
        </w:rPr>
      </w:pPr>
      <w:r w:rsidRPr="001D692A">
        <w:rPr>
          <w:rFonts w:ascii="Tahoma" w:hAnsi="Tahoma" w:cs="Tahoma"/>
          <w:color w:val="17365D" w:themeColor="text2" w:themeShade="BF"/>
          <w:sz w:val="28"/>
          <w:szCs w:val="28"/>
        </w:rPr>
        <w:t>Declaration</w:t>
      </w:r>
    </w:p>
    <w:p w14:paraId="4B6E120E" w14:textId="4B515FA9" w:rsidR="00F479EE" w:rsidRPr="001D692A" w:rsidRDefault="00000000">
      <w:pPr>
        <w:rPr>
          <w:rFonts w:ascii="Tahoma" w:hAnsi="Tahoma" w:cs="Tahoma"/>
        </w:rPr>
      </w:pPr>
      <w:r w:rsidRPr="001D692A">
        <w:rPr>
          <w:rFonts w:ascii="Tahoma" w:hAnsi="Tahoma" w:cs="Tahoma"/>
        </w:rPr>
        <w:t>I have read and understood this questionnaire. I confirm that my answers are accurate and complete to the best of my knowledge. I understand that I am responsible for monitoring my own condition during exercise and will stop if I feel unwell.</w:t>
      </w:r>
    </w:p>
    <w:p w14:paraId="57BF7DB9" w14:textId="71DB0837" w:rsidR="00406577" w:rsidRPr="001D692A" w:rsidRDefault="00406577">
      <w:pPr>
        <w:rPr>
          <w:rFonts w:ascii="Tahoma" w:hAnsi="Tahoma" w:cs="Tahoma"/>
          <w:sz w:val="4"/>
          <w:szCs w:val="4"/>
        </w:rPr>
      </w:pPr>
    </w:p>
    <w:p w14:paraId="58B78085" w14:textId="5943FFEE" w:rsidR="00F479EE" w:rsidRPr="001D692A" w:rsidRDefault="001D692A">
      <w:pPr>
        <w:rPr>
          <w:rFonts w:ascii="Tahoma" w:hAnsi="Tahoma" w:cs="Tahoma"/>
          <w:sz w:val="24"/>
          <w:szCs w:val="24"/>
        </w:rPr>
      </w:pPr>
      <w:r w:rsidRPr="001D692A">
        <w:rPr>
          <w:rFonts w:ascii="Tahoma" w:hAnsi="Tahoma" w:cs="Tahoma"/>
          <w:b/>
          <w:bCs/>
          <w:color w:val="17365D" w:themeColor="text2" w:themeShade="BF"/>
          <w:sz w:val="24"/>
          <w:szCs w:val="24"/>
        </w:rPr>
        <w:t xml:space="preserve">Athlete </w:t>
      </w:r>
      <w:proofErr w:type="gramStart"/>
      <w:r w:rsidRPr="001D692A">
        <w:rPr>
          <w:rFonts w:ascii="Tahoma" w:hAnsi="Tahoma" w:cs="Tahoma"/>
          <w:b/>
          <w:bCs/>
          <w:color w:val="17365D" w:themeColor="text2" w:themeShade="BF"/>
          <w:sz w:val="24"/>
          <w:szCs w:val="24"/>
        </w:rPr>
        <w:t>Signature:</w:t>
      </w:r>
      <w:r w:rsidRPr="001D692A">
        <w:rPr>
          <w:rFonts w:ascii="Tahoma" w:hAnsi="Tahoma" w:cs="Tahoma"/>
          <w:color w:val="17365D" w:themeColor="text2" w:themeShade="BF"/>
          <w:sz w:val="24"/>
          <w:szCs w:val="24"/>
        </w:rPr>
        <w:t xml:space="preserve"> </w:t>
      </w:r>
      <w:r w:rsidRPr="001D692A">
        <w:rPr>
          <w:rFonts w:ascii="Tahoma" w:hAnsi="Tahoma" w:cs="Tahoma"/>
          <w:sz w:val="24"/>
          <w:szCs w:val="24"/>
        </w:rPr>
        <w:t>_</w:t>
      </w:r>
      <w:proofErr w:type="gramEnd"/>
      <w:r w:rsidRPr="001D692A">
        <w:rPr>
          <w:rFonts w:ascii="Tahoma" w:hAnsi="Tahoma" w:cs="Tahoma"/>
          <w:sz w:val="24"/>
          <w:szCs w:val="24"/>
        </w:rPr>
        <w:t>_________________________   Date: ____________________________</w:t>
      </w:r>
    </w:p>
    <w:p w14:paraId="61564C76" w14:textId="0F236F28" w:rsidR="00406577" w:rsidRPr="001A53A8" w:rsidRDefault="00406577">
      <w:pPr>
        <w:rPr>
          <w:sz w:val="14"/>
          <w:szCs w:val="14"/>
        </w:rPr>
      </w:pPr>
    </w:p>
    <w:p w14:paraId="12CA5B91" w14:textId="6573B5F1" w:rsidR="00F479EE" w:rsidRPr="002B6808" w:rsidRDefault="001A53A8">
      <w:pPr>
        <w:rPr>
          <w:sz w:val="24"/>
          <w:szCs w:val="24"/>
        </w:rPr>
      </w:pPr>
      <w:r w:rsidRPr="001D692A">
        <w:rPr>
          <w:rFonts w:ascii="Tahoma" w:hAnsi="Tahoma" w:cs="Tahoma"/>
          <w:b/>
          <w:bCs/>
          <w:noProof/>
          <w:color w:val="17365D" w:themeColor="text2" w:themeShade="BF"/>
          <w:sz w:val="24"/>
          <w:szCs w:val="24"/>
        </w:rPr>
        <w:drawing>
          <wp:anchor distT="0" distB="0" distL="114300" distR="114300" simplePos="0" relativeHeight="251666944" behindDoc="0" locked="0" layoutInCell="1" allowOverlap="1" wp14:anchorId="72EB5BA0" wp14:editId="7BE5EAC9">
            <wp:simplePos x="0" y="0"/>
            <wp:positionH relativeFrom="column">
              <wp:posOffset>-228600</wp:posOffset>
            </wp:positionH>
            <wp:positionV relativeFrom="paragraph">
              <wp:posOffset>433070</wp:posOffset>
            </wp:positionV>
            <wp:extent cx="2305050" cy="619125"/>
            <wp:effectExtent l="0" t="0" r="0" b="9525"/>
            <wp:wrapNone/>
            <wp:docPr id="312562002" name="Picture 1" descr="A logo with a person run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62002" name="Picture 1" descr="A logo with a person running&#10;&#10;AI-generated content may be incorrect."/>
                    <pic:cNvPicPr/>
                  </pic:nvPicPr>
                  <pic:blipFill>
                    <a:blip r:embed="rId10"/>
                    <a:stretch>
                      <a:fillRect/>
                    </a:stretch>
                  </pic:blipFill>
                  <pic:spPr>
                    <a:xfrm>
                      <a:off x="0" y="0"/>
                      <a:ext cx="2305050" cy="619125"/>
                    </a:xfrm>
                    <a:prstGeom prst="rect">
                      <a:avLst/>
                    </a:prstGeom>
                  </pic:spPr>
                </pic:pic>
              </a:graphicData>
            </a:graphic>
            <wp14:sizeRelH relativeFrom="page">
              <wp14:pctWidth>0</wp14:pctWidth>
            </wp14:sizeRelH>
            <wp14:sizeRelV relativeFrom="page">
              <wp14:pctHeight>0</wp14:pctHeight>
            </wp14:sizeRelV>
          </wp:anchor>
        </w:drawing>
      </w:r>
      <w:r w:rsidRPr="001D692A">
        <w:rPr>
          <w:rFonts w:ascii="Tahoma" w:hAnsi="Tahoma" w:cs="Tahoma"/>
          <w:b/>
          <w:bCs/>
          <w:noProof/>
          <w:color w:val="17365D" w:themeColor="text2" w:themeShade="BF"/>
          <w:sz w:val="24"/>
          <w:szCs w:val="24"/>
        </w:rPr>
        <w:drawing>
          <wp:anchor distT="0" distB="0" distL="114300" distR="114300" simplePos="0" relativeHeight="251653632" behindDoc="0" locked="0" layoutInCell="1" allowOverlap="1" wp14:anchorId="2CE1F3D6" wp14:editId="2896126D">
            <wp:simplePos x="0" y="0"/>
            <wp:positionH relativeFrom="column">
              <wp:posOffset>5953125</wp:posOffset>
            </wp:positionH>
            <wp:positionV relativeFrom="paragraph">
              <wp:posOffset>280670</wp:posOffset>
            </wp:positionV>
            <wp:extent cx="1181100" cy="866775"/>
            <wp:effectExtent l="0" t="0" r="0" b="9525"/>
            <wp:wrapNone/>
            <wp:docPr id="78742729" name="Picture 1" descr="A logo for a triathl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42729" name="Picture 1" descr="A logo for a triathlon&#10;&#10;AI-generated content may be incorrect."/>
                    <pic:cNvPicPr/>
                  </pic:nvPicPr>
                  <pic:blipFill>
                    <a:blip r:embed="rId11"/>
                    <a:stretch>
                      <a:fillRect/>
                    </a:stretch>
                  </pic:blipFill>
                  <pic:spPr>
                    <a:xfrm>
                      <a:off x="0" y="0"/>
                      <a:ext cx="1181100" cy="866775"/>
                    </a:xfrm>
                    <a:prstGeom prst="rect">
                      <a:avLst/>
                    </a:prstGeom>
                  </pic:spPr>
                </pic:pic>
              </a:graphicData>
            </a:graphic>
            <wp14:sizeRelH relativeFrom="page">
              <wp14:pctWidth>0</wp14:pctWidth>
            </wp14:sizeRelH>
            <wp14:sizeRelV relativeFrom="page">
              <wp14:pctHeight>0</wp14:pctHeight>
            </wp14:sizeRelV>
          </wp:anchor>
        </w:drawing>
      </w:r>
      <w:r w:rsidR="003A2838" w:rsidRPr="001D692A">
        <w:rPr>
          <w:rFonts w:ascii="Tahoma" w:hAnsi="Tahoma" w:cs="Tahoma"/>
          <w:b/>
          <w:bCs/>
          <w:color w:val="17365D" w:themeColor="text2" w:themeShade="BF"/>
          <w:sz w:val="24"/>
          <w:szCs w:val="24"/>
        </w:rPr>
        <w:t>Coach/Witness Signature:</w:t>
      </w:r>
      <w:r w:rsidR="003A2838" w:rsidRPr="001D692A">
        <w:rPr>
          <w:rFonts w:ascii="Tahoma" w:hAnsi="Tahoma" w:cs="Tahoma"/>
          <w:color w:val="17365D" w:themeColor="text2" w:themeShade="BF"/>
          <w:sz w:val="24"/>
          <w:szCs w:val="24"/>
        </w:rPr>
        <w:t xml:space="preserve"> </w:t>
      </w:r>
      <w:r w:rsidR="003A2838" w:rsidRPr="001D692A">
        <w:rPr>
          <w:rFonts w:ascii="Tahoma" w:hAnsi="Tahoma" w:cs="Tahoma"/>
          <w:sz w:val="24"/>
          <w:szCs w:val="24"/>
        </w:rPr>
        <w:t>__________</w:t>
      </w:r>
      <w:r w:rsidRPr="001D692A">
        <w:rPr>
          <w:rFonts w:ascii="Tahoma" w:hAnsi="Tahoma" w:cs="Tahoma"/>
          <w:sz w:val="24"/>
          <w:szCs w:val="24"/>
        </w:rPr>
        <w:t>________</w:t>
      </w:r>
      <w:proofErr w:type="gramStart"/>
      <w:r w:rsidRPr="001D692A">
        <w:rPr>
          <w:rFonts w:ascii="Tahoma" w:hAnsi="Tahoma" w:cs="Tahoma"/>
          <w:sz w:val="24"/>
          <w:szCs w:val="24"/>
        </w:rPr>
        <w:t>_</w:t>
      </w:r>
      <w:r w:rsidR="003A2838" w:rsidRPr="001D692A">
        <w:rPr>
          <w:rFonts w:ascii="Tahoma" w:hAnsi="Tahoma" w:cs="Tahoma"/>
          <w:sz w:val="24"/>
          <w:szCs w:val="24"/>
        </w:rPr>
        <w:t xml:space="preserve"> </w:t>
      </w:r>
      <w:r w:rsidR="001D692A">
        <w:rPr>
          <w:rFonts w:ascii="Tahoma" w:hAnsi="Tahoma" w:cs="Tahoma"/>
          <w:sz w:val="24"/>
          <w:szCs w:val="24"/>
        </w:rPr>
        <w:t xml:space="preserve"> </w:t>
      </w:r>
      <w:proofErr w:type="gramEnd"/>
      <w:r w:rsidR="001D692A">
        <w:rPr>
          <w:rFonts w:ascii="Tahoma" w:hAnsi="Tahoma" w:cs="Tahoma"/>
          <w:sz w:val="24"/>
          <w:szCs w:val="24"/>
        </w:rPr>
        <w:t xml:space="preserve"> </w:t>
      </w:r>
      <w:r w:rsidR="003A2838" w:rsidRPr="001D692A">
        <w:rPr>
          <w:rFonts w:ascii="Tahoma" w:hAnsi="Tahoma" w:cs="Tahoma"/>
          <w:sz w:val="24"/>
          <w:szCs w:val="24"/>
        </w:rPr>
        <w:t>Date: ___</w:t>
      </w:r>
      <w:r w:rsidR="009F1CC6">
        <w:rPr>
          <w:rFonts w:ascii="Tahoma" w:hAnsi="Tahoma" w:cs="Tahoma"/>
          <w:sz w:val="24"/>
          <w:szCs w:val="24"/>
        </w:rPr>
        <w:t>_________________________</w:t>
      </w:r>
    </w:p>
    <w:sectPr w:rsidR="00F479EE" w:rsidRPr="002B6808" w:rsidSect="00406577">
      <w:footerReference w:type="even" r:id="rId12"/>
      <w:footerReference w:type="defaul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C273E" w14:textId="77777777" w:rsidR="00954D64" w:rsidRDefault="00954D64" w:rsidP="00406577">
      <w:pPr>
        <w:spacing w:after="0" w:line="240" w:lineRule="auto"/>
      </w:pPr>
      <w:r>
        <w:separator/>
      </w:r>
    </w:p>
  </w:endnote>
  <w:endnote w:type="continuationSeparator" w:id="0">
    <w:p w14:paraId="593140CD" w14:textId="77777777" w:rsidR="00954D64" w:rsidRDefault="00954D64" w:rsidP="00406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4D82D" w14:textId="3BC80DE4" w:rsidR="00406577" w:rsidRDefault="00406577">
    <w:pPr>
      <w:pStyle w:val="Footer"/>
    </w:pPr>
    <w:r>
      <w:rPr>
        <w:noProof/>
      </w:rPr>
      <mc:AlternateContent>
        <mc:Choice Requires="wps">
          <w:drawing>
            <wp:anchor distT="0" distB="0" distL="0" distR="0" simplePos="0" relativeHeight="251659264" behindDoc="0" locked="0" layoutInCell="1" allowOverlap="1" wp14:anchorId="04C9B1AF" wp14:editId="2CDBC5FE">
              <wp:simplePos x="635" y="635"/>
              <wp:positionH relativeFrom="page">
                <wp:align>right</wp:align>
              </wp:positionH>
              <wp:positionV relativeFrom="page">
                <wp:align>bottom</wp:align>
              </wp:positionV>
              <wp:extent cx="778510" cy="368935"/>
              <wp:effectExtent l="0" t="0" r="0" b="0"/>
              <wp:wrapNone/>
              <wp:docPr id="1658897068" name="Text Box 2"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8510" cy="368935"/>
                      </a:xfrm>
                      <a:prstGeom prst="rect">
                        <a:avLst/>
                      </a:prstGeom>
                      <a:noFill/>
                      <a:ln>
                        <a:noFill/>
                      </a:ln>
                    </wps:spPr>
                    <wps:txbx>
                      <w:txbxContent>
                        <w:p w14:paraId="528A677F" w14:textId="22B15944" w:rsidR="00406577" w:rsidRPr="00406577" w:rsidRDefault="00406577" w:rsidP="00406577">
                          <w:pPr>
                            <w:spacing w:after="0"/>
                            <w:rPr>
                              <w:rFonts w:ascii="Calibri" w:eastAsia="Calibri" w:hAnsi="Calibri" w:cs="Calibri"/>
                              <w:noProof/>
                              <w:color w:val="000000"/>
                              <w:sz w:val="20"/>
                              <w:szCs w:val="20"/>
                            </w:rPr>
                          </w:pPr>
                          <w:r w:rsidRPr="00406577">
                            <w:rPr>
                              <w:rFonts w:ascii="Calibri" w:eastAsia="Calibri" w:hAnsi="Calibri" w:cs="Calibri"/>
                              <w:noProof/>
                              <w:color w:val="000000"/>
                              <w:sz w:val="20"/>
                              <w:szCs w:val="20"/>
                            </w:rPr>
                            <w:t>Restricted</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4C9B1AF" id="_x0000_t202" coordsize="21600,21600" o:spt="202" path="m,l,21600r21600,l21600,xe">
              <v:stroke joinstyle="miter"/>
              <v:path gradientshapeok="t" o:connecttype="rect"/>
            </v:shapetype>
            <v:shape id="Text Box 2" o:spid="_x0000_s1026" type="#_x0000_t202" alt="Restricted" style="position:absolute;margin-left:10.1pt;margin-top:0;width:61.3pt;height:29.0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" filled="f" stroked="f">
              <v:textbox style="mso-fit-shape-to-text:t" inset="0,0,20pt,15pt">
                <w:txbxContent>
                  <w:p w14:paraId="528A677F" w14:textId="22B15944" w:rsidR="00406577" w:rsidRPr="00406577" w:rsidRDefault="00406577" w:rsidP="00406577">
                    <w:pPr>
                      <w:spacing w:after="0"/>
                      <w:rPr>
                        <w:rFonts w:ascii="Calibri" w:eastAsia="Calibri" w:hAnsi="Calibri" w:cs="Calibri"/>
                        <w:noProof/>
                        <w:color w:val="000000"/>
                        <w:sz w:val="20"/>
                        <w:szCs w:val="20"/>
                      </w:rPr>
                    </w:pPr>
                    <w:r w:rsidRPr="00406577">
                      <w:rPr>
                        <w:rFonts w:ascii="Calibri" w:eastAsia="Calibri" w:hAnsi="Calibri" w:cs="Calibri"/>
                        <w:noProof/>
                        <w:color w:val="000000"/>
                        <w:sz w:val="20"/>
                        <w:szCs w:val="20"/>
                      </w:rPr>
                      <w:t>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8DC6D" w14:textId="7CEC547E" w:rsidR="00406577" w:rsidRDefault="00406577">
    <w:pPr>
      <w:pStyle w:val="Footer"/>
    </w:pPr>
    <w:r>
      <w:rPr>
        <w:noProof/>
      </w:rPr>
      <mc:AlternateContent>
        <mc:Choice Requires="wps">
          <w:drawing>
            <wp:anchor distT="0" distB="0" distL="0" distR="0" simplePos="0" relativeHeight="251660288" behindDoc="0" locked="0" layoutInCell="1" allowOverlap="1" wp14:anchorId="117258B7" wp14:editId="7948E520">
              <wp:simplePos x="1143000" y="9439275"/>
              <wp:positionH relativeFrom="page">
                <wp:align>right</wp:align>
              </wp:positionH>
              <wp:positionV relativeFrom="page">
                <wp:align>bottom</wp:align>
              </wp:positionV>
              <wp:extent cx="778510" cy="368935"/>
              <wp:effectExtent l="0" t="0" r="0" b="0"/>
              <wp:wrapNone/>
              <wp:docPr id="1945929130" name="Text Box 3"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8510" cy="368935"/>
                      </a:xfrm>
                      <a:prstGeom prst="rect">
                        <a:avLst/>
                      </a:prstGeom>
                      <a:noFill/>
                      <a:ln>
                        <a:noFill/>
                      </a:ln>
                    </wps:spPr>
                    <wps:txbx>
                      <w:txbxContent>
                        <w:p w14:paraId="66EBE95F" w14:textId="0364DDE6" w:rsidR="00406577" w:rsidRPr="00406577" w:rsidRDefault="00406577" w:rsidP="00406577">
                          <w:pPr>
                            <w:spacing w:after="0"/>
                            <w:rPr>
                              <w:rFonts w:ascii="Calibri" w:eastAsia="Calibri" w:hAnsi="Calibri" w:cs="Calibri"/>
                              <w:noProof/>
                              <w:color w:val="000000"/>
                              <w:sz w:val="20"/>
                              <w:szCs w:val="20"/>
                            </w:rPr>
                          </w:pPr>
                          <w:r w:rsidRPr="00406577">
                            <w:rPr>
                              <w:rFonts w:ascii="Calibri" w:eastAsia="Calibri" w:hAnsi="Calibri" w:cs="Calibri"/>
                              <w:noProof/>
                              <w:color w:val="000000"/>
                              <w:sz w:val="20"/>
                              <w:szCs w:val="20"/>
                            </w:rPr>
                            <w:t>Restricted</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17258B7" id="_x0000_t202" coordsize="21600,21600" o:spt="202" path="m,l,21600r21600,l21600,xe">
              <v:stroke joinstyle="miter"/>
              <v:path gradientshapeok="t" o:connecttype="rect"/>
            </v:shapetype>
            <v:shape id="Text Box 3" o:spid="_x0000_s1027" type="#_x0000_t202" alt="Restricted" style="position:absolute;margin-left:10.1pt;margin-top:0;width:61.3pt;height:29.0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" filled="f" stroked="f">
              <v:textbox style="mso-fit-shape-to-text:t" inset="0,0,20pt,15pt">
                <w:txbxContent>
                  <w:p w14:paraId="66EBE95F" w14:textId="0364DDE6" w:rsidR="00406577" w:rsidRPr="00406577" w:rsidRDefault="00406577" w:rsidP="00406577">
                    <w:pPr>
                      <w:spacing w:after="0"/>
                      <w:rPr>
                        <w:rFonts w:ascii="Calibri" w:eastAsia="Calibri" w:hAnsi="Calibri" w:cs="Calibri"/>
                        <w:noProof/>
                        <w:color w:val="000000"/>
                        <w:sz w:val="20"/>
                        <w:szCs w:val="20"/>
                      </w:rPr>
                    </w:pPr>
                    <w:r w:rsidRPr="00406577">
                      <w:rPr>
                        <w:rFonts w:ascii="Calibri" w:eastAsia="Calibri" w:hAnsi="Calibri" w:cs="Calibri"/>
                        <w:noProof/>
                        <w:color w:val="000000"/>
                        <w:sz w:val="20"/>
                        <w:szCs w:val="20"/>
                      </w:rPr>
                      <w:t>Restricted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770BA" w14:textId="286E4352" w:rsidR="00406577" w:rsidRDefault="00406577">
    <w:pPr>
      <w:pStyle w:val="Footer"/>
    </w:pPr>
    <w:r>
      <w:rPr>
        <w:noProof/>
      </w:rPr>
      <mc:AlternateContent>
        <mc:Choice Requires="wps">
          <w:drawing>
            <wp:anchor distT="0" distB="0" distL="0" distR="0" simplePos="0" relativeHeight="251658240" behindDoc="0" locked="0" layoutInCell="1" allowOverlap="1" wp14:anchorId="29196041" wp14:editId="677DE794">
              <wp:simplePos x="635" y="635"/>
              <wp:positionH relativeFrom="page">
                <wp:align>right</wp:align>
              </wp:positionH>
              <wp:positionV relativeFrom="page">
                <wp:align>bottom</wp:align>
              </wp:positionV>
              <wp:extent cx="778510" cy="368935"/>
              <wp:effectExtent l="0" t="0" r="0" b="0"/>
              <wp:wrapNone/>
              <wp:docPr id="831458005" name="Text Box 1"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8510" cy="368935"/>
                      </a:xfrm>
                      <a:prstGeom prst="rect">
                        <a:avLst/>
                      </a:prstGeom>
                      <a:noFill/>
                      <a:ln>
                        <a:noFill/>
                      </a:ln>
                    </wps:spPr>
                    <wps:txbx>
                      <w:txbxContent>
                        <w:p w14:paraId="213F2160" w14:textId="0DF01142" w:rsidR="00406577" w:rsidRPr="00406577" w:rsidRDefault="00406577" w:rsidP="00406577">
                          <w:pPr>
                            <w:spacing w:after="0"/>
                            <w:rPr>
                              <w:rFonts w:ascii="Calibri" w:eastAsia="Calibri" w:hAnsi="Calibri" w:cs="Calibri"/>
                              <w:noProof/>
                              <w:color w:val="000000"/>
                              <w:sz w:val="20"/>
                              <w:szCs w:val="20"/>
                            </w:rPr>
                          </w:pPr>
                          <w:r w:rsidRPr="00406577">
                            <w:rPr>
                              <w:rFonts w:ascii="Calibri" w:eastAsia="Calibri" w:hAnsi="Calibri" w:cs="Calibri"/>
                              <w:noProof/>
                              <w:color w:val="000000"/>
                              <w:sz w:val="20"/>
                              <w:szCs w:val="20"/>
                            </w:rPr>
                            <w:t>Restricted</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9196041" id="_x0000_t202" coordsize="21600,21600" o:spt="202" path="m,l,21600r21600,l21600,xe">
              <v:stroke joinstyle="miter"/>
              <v:path gradientshapeok="t" o:connecttype="rect"/>
            </v:shapetype>
            <v:shape id="Text Box 1" o:spid="_x0000_s1028" type="#_x0000_t202" alt="Restricted" style="position:absolute;margin-left:10.1pt;margin-top:0;width:61.3pt;height:29.0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" filled="f" stroked="f">
              <v:textbox style="mso-fit-shape-to-text:t" inset="0,0,20pt,15pt">
                <w:txbxContent>
                  <w:p w14:paraId="213F2160" w14:textId="0DF01142" w:rsidR="00406577" w:rsidRPr="00406577" w:rsidRDefault="00406577" w:rsidP="00406577">
                    <w:pPr>
                      <w:spacing w:after="0"/>
                      <w:rPr>
                        <w:rFonts w:ascii="Calibri" w:eastAsia="Calibri" w:hAnsi="Calibri" w:cs="Calibri"/>
                        <w:noProof/>
                        <w:color w:val="000000"/>
                        <w:sz w:val="20"/>
                        <w:szCs w:val="20"/>
                      </w:rPr>
                    </w:pPr>
                    <w:r w:rsidRPr="00406577">
                      <w:rPr>
                        <w:rFonts w:ascii="Calibri" w:eastAsia="Calibri" w:hAnsi="Calibri" w:cs="Calibri"/>
                        <w:noProof/>
                        <w:color w:val="000000"/>
                        <w:sz w:val="20"/>
                        <w:szCs w:val="20"/>
                      </w:rPr>
                      <w:t>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DB7E0" w14:textId="77777777" w:rsidR="00954D64" w:rsidRDefault="00954D64" w:rsidP="00406577">
      <w:pPr>
        <w:spacing w:after="0" w:line="240" w:lineRule="auto"/>
      </w:pPr>
      <w:r>
        <w:separator/>
      </w:r>
    </w:p>
  </w:footnote>
  <w:footnote w:type="continuationSeparator" w:id="0">
    <w:p w14:paraId="4DD64DC3" w14:textId="77777777" w:rsidR="00954D64" w:rsidRDefault="00954D64" w:rsidP="004065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6042115">
    <w:abstractNumId w:val="8"/>
  </w:num>
  <w:num w:numId="2" w16cid:durableId="105347875">
    <w:abstractNumId w:val="6"/>
  </w:num>
  <w:num w:numId="3" w16cid:durableId="1283223140">
    <w:abstractNumId w:val="5"/>
  </w:num>
  <w:num w:numId="4" w16cid:durableId="732392673">
    <w:abstractNumId w:val="4"/>
  </w:num>
  <w:num w:numId="5" w16cid:durableId="1568611501">
    <w:abstractNumId w:val="7"/>
  </w:num>
  <w:num w:numId="6" w16cid:durableId="1647271788">
    <w:abstractNumId w:val="3"/>
  </w:num>
  <w:num w:numId="7" w16cid:durableId="1455371184">
    <w:abstractNumId w:val="2"/>
  </w:num>
  <w:num w:numId="8" w16cid:durableId="1352299526">
    <w:abstractNumId w:val="1"/>
  </w:num>
  <w:num w:numId="9" w16cid:durableId="1213036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708A"/>
    <w:rsid w:val="0015074B"/>
    <w:rsid w:val="001A53A8"/>
    <w:rsid w:val="001D692A"/>
    <w:rsid w:val="001E28C7"/>
    <w:rsid w:val="0029639D"/>
    <w:rsid w:val="002B6808"/>
    <w:rsid w:val="00324535"/>
    <w:rsid w:val="00326F90"/>
    <w:rsid w:val="003A2838"/>
    <w:rsid w:val="00406577"/>
    <w:rsid w:val="004D70EC"/>
    <w:rsid w:val="007D716D"/>
    <w:rsid w:val="00954D64"/>
    <w:rsid w:val="009F1CC6"/>
    <w:rsid w:val="00AA1D8D"/>
    <w:rsid w:val="00B20591"/>
    <w:rsid w:val="00B47730"/>
    <w:rsid w:val="00CB0664"/>
    <w:rsid w:val="00DD7B95"/>
    <w:rsid w:val="00EE57D9"/>
    <w:rsid w:val="00F34A49"/>
    <w:rsid w:val="00F479E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AD08E5"/>
  <w14:defaultImageDpi w14:val="300"/>
  <w15:docId w15:val="{549F6301-FCFC-4F06-962D-A268D9C2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1">
    <w:name w:val="Table Grid1"/>
    <w:basedOn w:val="TableNormal"/>
    <w:next w:val="TableGrid"/>
    <w:uiPriority w:val="39"/>
    <w:rsid w:val="004D70EC"/>
    <w:pPr>
      <w:spacing w:after="0" w:line="240" w:lineRule="auto"/>
    </w:pPr>
    <w:rPr>
      <w:rFonts w:ascii="Arial" w:eastAsia="Calibri" w:hAnsi="Arial" w:cs="Times New Roman"/>
      <w:sz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264600">
      <w:bodyDiv w:val="1"/>
      <w:marLeft w:val="0"/>
      <w:marRight w:val="0"/>
      <w:marTop w:val="0"/>
      <w:marBottom w:val="0"/>
      <w:divBdr>
        <w:top w:val="none" w:sz="0" w:space="0" w:color="auto"/>
        <w:left w:val="none" w:sz="0" w:space="0" w:color="auto"/>
        <w:bottom w:val="none" w:sz="0" w:space="0" w:color="auto"/>
        <w:right w:val="none" w:sz="0" w:space="0" w:color="auto"/>
      </w:divBdr>
    </w:div>
    <w:div w:id="1663502879">
      <w:bodyDiv w:val="1"/>
      <w:marLeft w:val="0"/>
      <w:marRight w:val="0"/>
      <w:marTop w:val="0"/>
      <w:marBottom w:val="0"/>
      <w:divBdr>
        <w:top w:val="none" w:sz="0" w:space="0" w:color="auto"/>
        <w:left w:val="none" w:sz="0" w:space="0" w:color="auto"/>
        <w:bottom w:val="none" w:sz="0" w:space="0" w:color="auto"/>
        <w:right w:val="none" w:sz="0" w:space="0" w:color="auto"/>
      </w:divBdr>
    </w:div>
    <w:div w:id="1834488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Frazer Cook</cp:lastModifiedBy>
  <cp:revision>3</cp:revision>
  <dcterms:created xsi:type="dcterms:W3CDTF">2025-11-02T12:10:00Z</dcterms:created>
  <dcterms:modified xsi:type="dcterms:W3CDTF">2026-05-03T20:25:00Z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318f0ad5,62e0c2ac,73fc85aa</vt:lpwstr>
  </property>
  <property fmtid="{D5CDD505-2E9C-101B-9397-08002B2CF9AE}" pid="3" name="ClassificationContentMarkingFooterFontProps">
    <vt:lpwstr>#000000,10,Calibri</vt:lpwstr>
  </property>
  <property fmtid="{D5CDD505-2E9C-101B-9397-08002B2CF9AE}" pid="4" name="ClassificationContentMarkingFooterText">
    <vt:lpwstr>Restricted</vt:lpwstr>
  </property>
  <property fmtid="{D5CDD505-2E9C-101B-9397-08002B2CF9AE}" pid="5" name="MSIP_Label_d268af85-19ac-4567-971a-30af1d748b48_Enabled">
    <vt:lpwstr>true</vt:lpwstr>
  </property>
  <property fmtid="{D5CDD505-2E9C-101B-9397-08002B2CF9AE}" pid="6" name="MSIP_Label_d268af85-19ac-4567-971a-30af1d748b48_SetDate">
    <vt:lpwstr>2025-10-20T09:05:44Z</vt:lpwstr>
  </property>
  <property fmtid="{D5CDD505-2E9C-101B-9397-08002B2CF9AE}" pid="7" name="MSIP_Label_d268af85-19ac-4567-971a-30af1d748b48_Method">
    <vt:lpwstr>Privileged</vt:lpwstr>
  </property>
  <property fmtid="{D5CDD505-2E9C-101B-9397-08002B2CF9AE}" pid="8" name="MSIP_Label_d268af85-19ac-4567-971a-30af1d748b48_Name">
    <vt:lpwstr>Restricted</vt:lpwstr>
  </property>
  <property fmtid="{D5CDD505-2E9C-101B-9397-08002B2CF9AE}" pid="9" name="MSIP_Label_d268af85-19ac-4567-971a-30af1d748b48_SiteId">
    <vt:lpwstr>77567c43-6eaa-4afa-bff6-82234fe78db3</vt:lpwstr>
  </property>
  <property fmtid="{D5CDD505-2E9C-101B-9397-08002B2CF9AE}" pid="10" name="MSIP_Label_d268af85-19ac-4567-971a-30af1d748b48_ActionId">
    <vt:lpwstr>185e5fab-cfab-49ff-983e-b5d8b481eb7c</vt:lpwstr>
  </property>
  <property fmtid="{D5CDD505-2E9C-101B-9397-08002B2CF9AE}" pid="11" name="MSIP_Label_d268af85-19ac-4567-971a-30af1d748b48_ContentBits">
    <vt:lpwstr>2</vt:lpwstr>
  </property>
  <property fmtid="{D5CDD505-2E9C-101B-9397-08002B2CF9AE}" pid="12" name="MSIP_Label_d268af85-19ac-4567-971a-30af1d748b48_Tag">
    <vt:lpwstr>10, 0, 1, 1</vt:lpwstr>
  </property>
</Properties>
</file>